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A9C9A" w14:textId="77777777" w:rsidR="008974FF" w:rsidRDefault="00D4180D">
      <w:pPr>
        <w:spacing w:after="60" w:line="288" w:lineRule="auto"/>
        <w:jc w:val="center"/>
      </w:pPr>
      <w:r>
        <w:rPr>
          <w:b/>
        </w:rPr>
        <w:t>CỘNG HÒA XÃ HỘI CHỦ NGHĨA VIỆT NAM</w:t>
      </w:r>
    </w:p>
    <w:p w14:paraId="4AD6821B" w14:textId="77777777" w:rsidR="008974FF" w:rsidRPr="00D8359C" w:rsidRDefault="00D4180D">
      <w:pPr>
        <w:spacing w:after="120" w:line="288" w:lineRule="auto"/>
        <w:jc w:val="center"/>
        <w:rPr>
          <w:u w:val="single"/>
        </w:rPr>
      </w:pPr>
      <w:r w:rsidRPr="00D8359C">
        <w:rPr>
          <w:b/>
          <w:u w:val="single"/>
        </w:rPr>
        <w:t>Độc lập - Tự do - Hạnh phúc</w:t>
      </w:r>
    </w:p>
    <w:p w14:paraId="12E8FB3E" w14:textId="77777777" w:rsidR="008974FF" w:rsidRDefault="00D4180D">
      <w:pPr>
        <w:spacing w:after="360" w:line="288" w:lineRule="auto"/>
        <w:jc w:val="right"/>
      </w:pPr>
      <w:r>
        <w:rPr>
          <w:i/>
        </w:rPr>
        <w:t>......., ngày ..... tháng ..... năm 20...</w:t>
      </w:r>
    </w:p>
    <w:p w14:paraId="0EFB4474" w14:textId="77777777" w:rsidR="008974FF" w:rsidRDefault="00D4180D">
      <w:pPr>
        <w:spacing w:after="60" w:line="288" w:lineRule="auto"/>
        <w:jc w:val="center"/>
      </w:pPr>
      <w:r>
        <w:rPr>
          <w:b/>
          <w:sz w:val="32"/>
        </w:rPr>
        <w:t>GIẤY ỦY QUYỀN</w:t>
      </w:r>
    </w:p>
    <w:p w14:paraId="587DE231" w14:textId="688B43A9" w:rsidR="008974FF" w:rsidRDefault="00D4180D">
      <w:pPr>
        <w:spacing w:after="360" w:line="288" w:lineRule="auto"/>
        <w:jc w:val="center"/>
      </w:pPr>
      <w:r>
        <w:rPr>
          <w:i/>
        </w:rPr>
        <w:t>(V/v: Nhận thay văn bằng tốt nghiệp)</w:t>
      </w:r>
    </w:p>
    <w:p w14:paraId="705B59A6" w14:textId="77777777" w:rsidR="008974FF" w:rsidRDefault="00D4180D">
      <w:pPr>
        <w:spacing w:after="240" w:line="288" w:lineRule="auto"/>
      </w:pPr>
      <w:r>
        <w:rPr>
          <w:i/>
        </w:rPr>
        <w:t>Căn cứ Bộ luật Dân sự nước Cộng hòa xã hội chủ nghĩa Việt Nam hiện hành;</w:t>
      </w:r>
    </w:p>
    <w:p w14:paraId="7B8B2C10" w14:textId="77777777" w:rsidR="008974FF" w:rsidRDefault="00D4180D" w:rsidP="00441AA6">
      <w:pPr>
        <w:spacing w:after="120" w:line="288" w:lineRule="auto"/>
        <w:jc w:val="both"/>
      </w:pPr>
      <w:r>
        <w:rPr>
          <w:b/>
        </w:rPr>
        <w:t>BÊN ỦY QUYỀN (Bên A):</w:t>
      </w:r>
    </w:p>
    <w:p w14:paraId="25265E45" w14:textId="0C0919F9" w:rsidR="008974FF" w:rsidRDefault="00D4180D" w:rsidP="00441AA6">
      <w:pPr>
        <w:spacing w:after="120" w:line="288" w:lineRule="auto"/>
        <w:jc w:val="both"/>
      </w:pPr>
      <w:r>
        <w:t>Họ và tên: .................................................................................................................................</w:t>
      </w:r>
    </w:p>
    <w:p w14:paraId="4BFB4BAA" w14:textId="14249453" w:rsidR="008974FF" w:rsidRDefault="00D4180D" w:rsidP="00441AA6">
      <w:pPr>
        <w:spacing w:after="120" w:line="288" w:lineRule="auto"/>
        <w:jc w:val="both"/>
      </w:pPr>
      <w:r>
        <w:t>Ngày sinh: ................................................... Giới tính: ............................................................</w:t>
      </w:r>
    </w:p>
    <w:p w14:paraId="0292A75B" w14:textId="28EF0363" w:rsidR="008974FF" w:rsidRDefault="00D4180D" w:rsidP="00441AA6">
      <w:pPr>
        <w:spacing w:after="120" w:line="288" w:lineRule="auto"/>
        <w:jc w:val="both"/>
      </w:pPr>
      <w:r>
        <w:t>Số CCCD/CMND: ............................ Ngày cấp: ........................ Nơi cấp: ..............................</w:t>
      </w:r>
    </w:p>
    <w:p w14:paraId="4F2B056E" w14:textId="470B52FE" w:rsidR="008974FF" w:rsidRDefault="00D4180D" w:rsidP="00441AA6">
      <w:pPr>
        <w:spacing w:after="120" w:line="288" w:lineRule="auto"/>
        <w:jc w:val="both"/>
      </w:pPr>
      <w:r>
        <w:t>Địa chỉ thường trú: ....................................................................................................................</w:t>
      </w:r>
    </w:p>
    <w:p w14:paraId="407C2FB8" w14:textId="347D4DDD" w:rsidR="008974FF" w:rsidRDefault="00D4180D" w:rsidP="00441AA6">
      <w:pPr>
        <w:spacing w:after="120" w:line="288" w:lineRule="auto"/>
        <w:jc w:val="both"/>
      </w:pPr>
      <w:r>
        <w:t>Số điện thoại liên hệ: ................................................................................................................</w:t>
      </w:r>
    </w:p>
    <w:p w14:paraId="773F7FC1" w14:textId="4DFF2977" w:rsidR="008974FF" w:rsidRDefault="00D4180D" w:rsidP="00441AA6">
      <w:pPr>
        <w:spacing w:after="120" w:line="288" w:lineRule="auto"/>
        <w:jc w:val="both"/>
      </w:pPr>
      <w:r>
        <w:t>Là người được cấp bằng tốt nghiệp/chứng chỉ ngành: .............................................................</w:t>
      </w:r>
    </w:p>
    <w:p w14:paraId="5A150E1E" w14:textId="0CF551DA" w:rsidR="008974FF" w:rsidRDefault="00D4180D" w:rsidP="00441AA6">
      <w:pPr>
        <w:spacing w:after="120" w:line="288" w:lineRule="auto"/>
        <w:jc w:val="both"/>
      </w:pPr>
      <w:r>
        <w:t xml:space="preserve">Khóa học: ....................... Năm tốt nghiệp: .............. </w:t>
      </w:r>
      <w:r w:rsidR="00D8359C">
        <w:rPr>
          <w:lang w:val="vi-VN"/>
        </w:rPr>
        <w:t>t</w:t>
      </w:r>
      <w:r>
        <w:t>ại Trường</w:t>
      </w:r>
      <w:r w:rsidR="00D8359C">
        <w:rPr>
          <w:lang w:val="vi-VN"/>
        </w:rPr>
        <w:t xml:space="preserve"> THPT Trần Văn Lan</w:t>
      </w:r>
      <w:r>
        <w:t xml:space="preserve"> </w:t>
      </w:r>
    </w:p>
    <w:p w14:paraId="74CB6A3D" w14:textId="77777777" w:rsidR="008974FF" w:rsidRDefault="00D4180D" w:rsidP="00441AA6">
      <w:pPr>
        <w:spacing w:after="120" w:line="288" w:lineRule="auto"/>
        <w:jc w:val="both"/>
      </w:pPr>
      <w:r>
        <w:rPr>
          <w:b/>
        </w:rPr>
        <w:t>BÊN ĐƯỢC ỦY QUYỀN (Bên B):</w:t>
      </w:r>
    </w:p>
    <w:p w14:paraId="3AB7A218" w14:textId="58EB17DC" w:rsidR="008974FF" w:rsidRDefault="00D4180D" w:rsidP="00441AA6">
      <w:pPr>
        <w:spacing w:after="120" w:line="288" w:lineRule="auto"/>
        <w:jc w:val="both"/>
      </w:pPr>
      <w:r>
        <w:t>Họ và tên: .................................................................................................................................</w:t>
      </w:r>
    </w:p>
    <w:p w14:paraId="31D236FB" w14:textId="36AD130D" w:rsidR="008974FF" w:rsidRDefault="00D4180D" w:rsidP="00441AA6">
      <w:pPr>
        <w:spacing w:after="120" w:line="288" w:lineRule="auto"/>
        <w:jc w:val="both"/>
      </w:pPr>
      <w:r>
        <w:t>Ngày sinh: ................................................... Giới tính: ............................................................</w:t>
      </w:r>
    </w:p>
    <w:p w14:paraId="689400DD" w14:textId="3BE7999E" w:rsidR="008974FF" w:rsidRDefault="00D4180D" w:rsidP="00441AA6">
      <w:pPr>
        <w:spacing w:after="120" w:line="288" w:lineRule="auto"/>
        <w:jc w:val="both"/>
      </w:pPr>
      <w:r>
        <w:t>Số CCCD/CMND: ............................ Ngày cấp: ........................ Nơi cấp: ..............................</w:t>
      </w:r>
    </w:p>
    <w:p w14:paraId="10F21BA5" w14:textId="688A495B" w:rsidR="008974FF" w:rsidRDefault="00D4180D" w:rsidP="00441AA6">
      <w:pPr>
        <w:spacing w:after="120" w:line="288" w:lineRule="auto"/>
        <w:jc w:val="both"/>
      </w:pPr>
      <w:r>
        <w:t>Địa chỉ thường trú: ....................................................................................................................</w:t>
      </w:r>
    </w:p>
    <w:p w14:paraId="331B37FF" w14:textId="57771211" w:rsidR="008974FF" w:rsidRDefault="00D4180D" w:rsidP="00441AA6">
      <w:pPr>
        <w:spacing w:after="120" w:line="288" w:lineRule="auto"/>
        <w:jc w:val="both"/>
      </w:pPr>
      <w:r>
        <w:t>Số điện thoại liên hệ: .................................................................................................................</w:t>
      </w:r>
    </w:p>
    <w:p w14:paraId="36400E2D" w14:textId="094C1E41" w:rsidR="008974FF" w:rsidRDefault="00D4180D" w:rsidP="00441AA6">
      <w:pPr>
        <w:spacing w:after="120" w:line="288" w:lineRule="auto"/>
        <w:jc w:val="both"/>
      </w:pPr>
      <w:r>
        <w:t>Mối quan hệ với người ủy quyền: .............................................................................................</w:t>
      </w:r>
    </w:p>
    <w:p w14:paraId="1890AD1A" w14:textId="5CA43E07" w:rsidR="00D4180D" w:rsidRDefault="00D4180D" w:rsidP="00441AA6">
      <w:pPr>
        <w:spacing w:after="120" w:line="288" w:lineRule="auto"/>
        <w:jc w:val="both"/>
      </w:pPr>
      <w:r>
        <w:t>…………………………………………………………………………………………………</w:t>
      </w:r>
    </w:p>
    <w:p w14:paraId="526C9456" w14:textId="77777777" w:rsidR="008974FF" w:rsidRDefault="00D4180D" w:rsidP="00441AA6">
      <w:pPr>
        <w:spacing w:after="120" w:line="288" w:lineRule="auto"/>
        <w:jc w:val="both"/>
      </w:pPr>
      <w:r>
        <w:rPr>
          <w:b/>
        </w:rPr>
        <w:t>NỘI DUNG ỦY QUYỀN:</w:t>
      </w:r>
    </w:p>
    <w:p w14:paraId="5E116036" w14:textId="7E44BC26" w:rsidR="00D4180D" w:rsidRDefault="00D4180D" w:rsidP="00441AA6">
      <w:pPr>
        <w:spacing w:after="120" w:line="288" w:lineRule="auto"/>
        <w:jc w:val="both"/>
      </w:pPr>
      <w:r>
        <w:t>Bằng giấy ủy quyền này, Bên A ủy quyền cho Bên B thực hiện các công việc sau đây:</w:t>
      </w:r>
      <w:r>
        <w:br/>
        <w:t>1. Thay mặt Bên A đến Trường</w:t>
      </w:r>
      <w:r w:rsidR="00D8359C">
        <w:rPr>
          <w:lang w:val="vi-VN"/>
        </w:rPr>
        <w:t xml:space="preserve"> THPT Trần Văn Lan</w:t>
      </w:r>
      <w:r>
        <w:t xml:space="preserve"> để làm các thủ tục nhận văn bằng tốt nghiệp theo quy định.</w:t>
      </w:r>
    </w:p>
    <w:p w14:paraId="5C61F79F" w14:textId="77777777" w:rsidR="00D4180D" w:rsidRDefault="00D4180D" w:rsidP="00441AA6">
      <w:pPr>
        <w:spacing w:after="120" w:line="288" w:lineRule="auto"/>
        <w:jc w:val="both"/>
      </w:pPr>
      <w:r>
        <w:t>2. Bên B có trách nhiệm xuất trình giấy tờ định danh cá nhân hợp pháp, ký nhận vào sổ phát bằng và bàn giao lại văn bằng gốc cho Bên A sau khi nhận.</w:t>
      </w:r>
    </w:p>
    <w:p w14:paraId="2A8385BA" w14:textId="17F869D6" w:rsidR="008974FF" w:rsidRDefault="00D4180D" w:rsidP="00441AA6">
      <w:pPr>
        <w:spacing w:after="120" w:line="288" w:lineRule="auto"/>
        <w:jc w:val="both"/>
      </w:pPr>
      <w:r>
        <w:lastRenderedPageBreak/>
        <w:t xml:space="preserve">3. Trong quá trình thực hiện công việc được ủy quyền, Bên B được quyền </w:t>
      </w:r>
      <w:bookmarkStart w:id="0" w:name="_GoBack"/>
      <w:bookmarkEnd w:id="0"/>
      <w:r>
        <w:t>ký tên trên các giấy tờ, hồ sơ liên quan trực tiếp đến việc nhận văn bằng nêu trên.</w:t>
      </w:r>
    </w:p>
    <w:p w14:paraId="12AE0C49" w14:textId="77777777" w:rsidR="008974FF" w:rsidRDefault="00D4180D" w:rsidP="00441AA6">
      <w:pPr>
        <w:spacing w:after="120" w:line="288" w:lineRule="auto"/>
        <w:jc w:val="both"/>
      </w:pPr>
      <w:r>
        <w:rPr>
          <w:b/>
        </w:rPr>
        <w:t>CAM KẾT CỦA CÁC BÊN:</w:t>
      </w:r>
    </w:p>
    <w:p w14:paraId="745A9B1E" w14:textId="77777777" w:rsidR="00D4180D" w:rsidRDefault="00D4180D" w:rsidP="00441AA6">
      <w:pPr>
        <w:spacing w:after="120" w:line="288" w:lineRule="auto"/>
        <w:jc w:val="both"/>
      </w:pPr>
      <w:r>
        <w:t>- Hai bên cam kết hoàn toàn chịu trách nhiệm trước pháp luật về mọi thông tin đã ghi trong Giấy ủy quyền này.</w:t>
      </w:r>
    </w:p>
    <w:p w14:paraId="381BB4BD" w14:textId="77777777" w:rsidR="00D4180D" w:rsidRDefault="00D4180D" w:rsidP="00441AA6">
      <w:pPr>
        <w:spacing w:after="120" w:line="288" w:lineRule="auto"/>
        <w:jc w:val="both"/>
      </w:pPr>
      <w:r>
        <w:t>- Bên B cam kết thực hiện đúng và đầy đủ các nội dung được ủy quyền, không được ủy quyền lại cho bên thứ ba.</w:t>
      </w:r>
    </w:p>
    <w:p w14:paraId="3A1A0C95" w14:textId="69C7FC01" w:rsidR="008974FF" w:rsidRDefault="00D4180D" w:rsidP="00441AA6">
      <w:pPr>
        <w:spacing w:after="120" w:line="288" w:lineRule="auto"/>
        <w:jc w:val="both"/>
      </w:pPr>
      <w:r>
        <w:t>- Giấy ủy quyền này có giá trị kể từ ngày ký cho đến khi hoàn thành xong công việc hoặc có văn bản chấm dứt ủy quyền theo quy định.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974FF" w14:paraId="65F015A5" w14:textId="77777777">
        <w:tc>
          <w:tcPr>
            <w:tcW w:w="4680" w:type="dxa"/>
          </w:tcPr>
          <w:p w14:paraId="14619596" w14:textId="77777777" w:rsidR="008974FF" w:rsidRDefault="00D4180D">
            <w:pPr>
              <w:jc w:val="center"/>
            </w:pPr>
            <w:r>
              <w:rPr>
                <w:b/>
              </w:rPr>
              <w:t>BÊN ĐƯỢC ỦY QUYỀN</w:t>
            </w:r>
            <w:r>
              <w:rPr>
                <w:b/>
              </w:rPr>
              <w:br/>
            </w:r>
            <w:r>
              <w:t>(Ký, ghi rõ họ tên)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................................................</w:t>
            </w:r>
          </w:p>
        </w:tc>
        <w:tc>
          <w:tcPr>
            <w:tcW w:w="4680" w:type="dxa"/>
          </w:tcPr>
          <w:p w14:paraId="7EB44CB7" w14:textId="77777777" w:rsidR="008974FF" w:rsidRDefault="00D4180D">
            <w:pPr>
              <w:jc w:val="center"/>
            </w:pPr>
            <w:r>
              <w:rPr>
                <w:b/>
              </w:rPr>
              <w:t>BÊN ỦY QUYỀN</w:t>
            </w:r>
            <w:r>
              <w:rPr>
                <w:b/>
              </w:rPr>
              <w:br/>
            </w:r>
            <w:r>
              <w:t>(Ký, ghi rõ họ tên)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................................................</w:t>
            </w:r>
          </w:p>
        </w:tc>
      </w:tr>
    </w:tbl>
    <w:p w14:paraId="467B3CDF" w14:textId="77777777" w:rsidR="008974FF" w:rsidRDefault="00D4180D">
      <w:pPr>
        <w:spacing w:after="120" w:line="288" w:lineRule="auto"/>
        <w:jc w:val="center"/>
      </w:pPr>
      <w:r>
        <w:rPr>
          <w:b/>
        </w:rPr>
        <w:br/>
      </w:r>
      <w:r>
        <w:rPr>
          <w:b/>
        </w:rPr>
        <w:br/>
        <w:t>XÁC NHẬN CỦA CƠ QUAN CÓ THẨM QUYỀN / CÔNG CHỨNG</w:t>
      </w:r>
    </w:p>
    <w:p w14:paraId="00DB205D" w14:textId="036FCD10" w:rsidR="008974FF" w:rsidRPr="00441AA6" w:rsidRDefault="00441AA6">
      <w:pPr>
        <w:spacing w:after="240" w:line="288" w:lineRule="auto"/>
        <w:jc w:val="center"/>
        <w:rPr>
          <w:rFonts w:cs="Times New Roman"/>
          <w:sz w:val="24"/>
          <w:szCs w:val="24"/>
        </w:rPr>
      </w:pPr>
      <w:r w:rsidRPr="00441AA6">
        <w:rPr>
          <w:rFonts w:cs="Times New Roman"/>
          <w:i/>
          <w:sz w:val="24"/>
          <w:szCs w:val="24"/>
        </w:rPr>
        <w:t>(</w:t>
      </w:r>
      <w:r w:rsidRPr="00441AA6">
        <w:rPr>
          <w:rStyle w:val="Strong"/>
          <w:rFonts w:cs="Times New Roman"/>
          <w:b w:val="0"/>
          <w:bCs w:val="0"/>
          <w:sz w:val="24"/>
          <w:szCs w:val="24"/>
        </w:rPr>
        <w:t>Giấy ủy quyền hợp pháp phải được chứng thực chữ ký</w:t>
      </w:r>
      <w:r w:rsidRPr="00441AA6">
        <w:rPr>
          <w:rFonts w:cs="Times New Roman"/>
          <w:sz w:val="24"/>
          <w:szCs w:val="24"/>
        </w:rPr>
        <w:t xml:space="preserve"> của cơ quan có thẩm quyền</w:t>
      </w:r>
      <w:r w:rsidR="00D4180D" w:rsidRPr="00441AA6">
        <w:rPr>
          <w:rFonts w:cs="Times New Roman"/>
          <w:i/>
          <w:sz w:val="24"/>
          <w:szCs w:val="24"/>
        </w:rPr>
        <w:t>)</w:t>
      </w:r>
    </w:p>
    <w:p w14:paraId="71755218" w14:textId="77777777" w:rsidR="008974FF" w:rsidRDefault="00D4180D">
      <w:pPr>
        <w:spacing w:after="120" w:line="288" w:lineRule="auto"/>
      </w:pPr>
      <w:r>
        <w:t>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</w:t>
      </w:r>
    </w:p>
    <w:sectPr w:rsidR="008974FF" w:rsidSect="00441AA6">
      <w:pgSz w:w="12240" w:h="15840"/>
      <w:pgMar w:top="1152" w:right="1041" w:bottom="1152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1AA6"/>
    <w:rsid w:val="00842F99"/>
    <w:rsid w:val="008974FF"/>
    <w:rsid w:val="00AA1D8D"/>
    <w:rsid w:val="00B47730"/>
    <w:rsid w:val="00CB0664"/>
    <w:rsid w:val="00D4180D"/>
    <w:rsid w:val="00D8359C"/>
    <w:rsid w:val="00F625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01C55F"/>
  <w14:defaultImageDpi w14:val="300"/>
  <w15:docId w15:val="{814BC636-3442-453D-B909-93049E28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4458EF-090F-4368-9822-71348DAB8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2026-08-18T03:49:00Z</dcterms:created>
  <dcterms:modified xsi:type="dcterms:W3CDTF">2026-08-18T03:49:00Z</dcterms:modified>
  <cp:category/>
</cp:coreProperties>
</file>